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Absender:</w:t>
        <w:br/>
        <w:t>&lt;Ihr Name&gt;</w:t>
        <w:br/>
        <w:t>&lt;Straße und Hausnummer&gt;</w:t>
        <w:br/>
        <w:t>&lt;PLZ Ort&gt;</w:t>
      </w:r>
    </w:p>
    <w:p>
      <w:r>
        <w:br/>
      </w:r>
    </w:p>
    <w:p>
      <w:r>
        <w:t>Empfänger:</w:t>
        <w:br/>
        <w:t>&lt;Name des Gläubigers/Firma&gt;</w:t>
        <w:br/>
        <w:t>&lt;Straße und Hausnummer&gt;</w:t>
        <w:br/>
        <w:t>&lt;PLZ Ort&gt;</w:t>
      </w:r>
    </w:p>
    <w:p>
      <w:pPr>
        <w:jc w:val="right"/>
      </w:pPr>
      <w:r>
        <w:t>Ort, Datum: &lt;Ort&gt;, &lt;TT.MM.JJJJ&gt;</w:t>
      </w:r>
    </w:p>
    <w:p>
      <w:r>
        <w:br/>
      </w:r>
    </w:p>
    <w:p>
      <w:pPr/>
      <w:r>
        <w:rPr>
          <w:b/>
        </w:rPr>
        <w:t>Betreff: Antrag auf Stundung gemäß § 363 BGB</w:t>
      </w:r>
    </w:p>
    <w:p>
      <w:pPr/>
      <w:r>
        <w:br/>
        <w:t>Sehr geehrte Damen und Herren,</w:t>
        <w:br/>
      </w:r>
    </w:p>
    <w:p>
      <w:pPr/>
      <w:r>
        <w:t>aufgrund meiner aktuellen finanziellen Situation bin ich momentan nicht in der Lage, die offene Forderung in Höhe von &lt;Betrag&gt; Euro (Rechnungs-/Vorgangsnummer: &lt;Nummer&gt;) fristgerecht zu begleichen.</w:t>
        <w:br/>
        <w:br/>
        <w:t>Gemäß § 363 BGB beantrage ich hiermit die Stundung des genannten Betrages bis zum &lt;Datum&gt;. In diesem Zeitraum werde ich mich bemühen, meine finanzielle Lage zu stabilisieren.</w:t>
        <w:br/>
        <w:br/>
        <w:t>Ich bitte Sie, mir die Stundung schriftlich zu bestätigen. Für Ihr Entgegenkommen bedanke ich mich im Voraus.</w:t>
        <w:br/>
      </w:r>
    </w:p>
    <w:p>
      <w:pPr/>
      <w:r>
        <w:t>Mit freundlichen Grüßen</w:t>
        <w:br/>
        <w:br/>
        <w:t>&lt;Unterschrift&gt;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