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Absender:</w:t>
        <w:br/>
        <w:t>[Ihr Vor- und Nachname]</w:t>
        <w:br/>
        <w:t>[Ihre Adresse]</w:t>
        <w:br/>
        <w:t>[PLZ Ort]</w:t>
      </w:r>
    </w:p>
    <w:p>
      <w:r>
        <w:br/>
      </w:r>
    </w:p>
    <w:p>
      <w:r>
        <w:t>An:</w:t>
        <w:br/>
        <w:t>[Name des zuständigen Amtsgerichts]</w:t>
        <w:br/>
        <w:t>[Adresse]</w:t>
      </w:r>
    </w:p>
    <w:p>
      <w:pPr>
        <w:jc w:val="right"/>
      </w:pPr>
      <w:r>
        <w:t>Ort, Datum: [Ort], [TT.MM.JJJJ]</w:t>
      </w:r>
    </w:p>
    <w:p>
      <w:r>
        <w:br/>
      </w:r>
    </w:p>
    <w:p>
      <w:pPr/>
      <w:r>
        <w:rPr>
          <w:b/>
        </w:rPr>
        <w:t>Betreff: Antrag auf Vollstreckungsschutz – Az. [Aktenzeichen]</w:t>
      </w:r>
    </w:p>
    <w:p>
      <w:pPr/>
      <w:r>
        <w:br/>
        <w:t>Sehr geehrte Damen und Herren,</w:t>
        <w:br/>
      </w:r>
    </w:p>
    <w:p>
      <w:pPr/>
      <w:r>
        <w:t>hiermit beantrage ich Vollstreckungsschutz gemäß § 765a Zivilprozessordnung (ZPO).</w:t>
        <w:br/>
        <w:br/>
        <w:t>Die angedrohte oder laufende Zwangsvollstreckung gefährdet meine wirtschaftliche Existenz, da:</w:t>
        <w:br/>
        <w:t>[Begründung, z. B. Einkommen liegt unterhalb der Pfändungsfreigrenze, unpfändbare Gegenstände betroffen]</w:t>
        <w:br/>
        <w:br/>
        <w:t>Ich bitte um eine zügige Entscheidung.</w:t>
      </w:r>
    </w:p>
    <w:p>
      <w:pPr/>
      <w:r>
        <w:br/>
        <w:t>Mit freundlichen Grüßen</w:t>
        <w:br/>
        <w:br/>
        <w:t>[Unterschrift]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