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Absender:</w:t>
        <w:br/>
        <w:t>[Ihr Vor- und Nachname]</w:t>
        <w:br/>
        <w:t>[Ihre Adresse]</w:t>
        <w:br/>
        <w:t>[PLZ Ort]</w:t>
      </w:r>
    </w:p>
    <w:p>
      <w:r>
        <w:br/>
      </w:r>
    </w:p>
    <w:p>
      <w:r>
        <w:t>Empfänger:</w:t>
        <w:br/>
        <w:t>[Name des Inkassobüros]</w:t>
        <w:br/>
        <w:t>[Adresse]</w:t>
      </w:r>
    </w:p>
    <w:p>
      <w:pPr>
        <w:jc w:val="right"/>
      </w:pPr>
      <w:r>
        <w:t>Ort, Datum: [Ort], [TT.MM.JJJJ]</w:t>
      </w:r>
    </w:p>
    <w:p>
      <w:r>
        <w:br/>
      </w:r>
    </w:p>
    <w:p>
      <w:r>
        <w:rPr>
          <w:b/>
        </w:rPr>
        <w:t>Betreff: Überprüfung der Inkassogebühren – [Aktenzeichen]</w:t>
      </w:r>
    </w:p>
    <w:p>
      <w:pPr/>
      <w:r>
        <w:br/>
        <w:t>Sehr geehrte Damen und Herren,</w:t>
        <w:br/>
      </w:r>
    </w:p>
    <w:p>
      <w:pPr/>
      <w:r>
        <w:t>bitte senden Sie mir eine detaillierte Aufstellung und rechtliche Grundlage der von Ihnen erhobenen Inkassokosten.</w:t>
        <w:br/>
        <w:br/>
        <w:t>Gemäß § 4 des Rechtsdienstleistungsgesetzes (RDG) dürfen nur angemessene Gebühren verlangt werden. Ich bitte daher um eine schriftliche Begründung sowie die Berechnungsgrundlage der geltend gemachten Kosten.</w:t>
        <w:br/>
        <w:br/>
        <w:t>Ich behalte mir vor, überhöhte Gebühren zurückzuweisen und ggf. rechtliche Schritte einzuleiten.</w:t>
        <w:br/>
      </w:r>
    </w:p>
    <w:p>
      <w:pPr/>
      <w:r>
        <w:t>Mit freundlichen Grüßen</w:t>
        <w:br/>
        <w:br/>
        <w:t>[Unterschrift]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